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Modèle de formulaire de rétractation</w:t>
      </w:r>
    </w:p>
    <w:p>
      <w:pPr>
        <w:spacing w:after="360"/>
      </w:pPr>
      <w:r>
        <w:rPr>
          <w:i/>
        </w:rPr>
        <w:t>(Veuillez compléter et renvoyer le présent formulaire uniquement si vous souhaitez vous rétracter du contrat)</w:t>
      </w:r>
    </w:p>
    <w:p>
      <w:pPr>
        <w:spacing w:after="240"/>
      </w:pPr>
      <w:r>
        <w:t>À l’attention de Molecule Pet Bowl Europe, Zaagmolenkade 149, 3035 KD Rotterdam, Nederland, info@moleculepetbowl.eu:</w:t>
      </w:r>
    </w:p>
    <w:p>
      <w:pPr>
        <w:spacing w:after="120"/>
      </w:pPr>
      <w:r>
        <w:t>Je/Nous (*) vous notifie/notifions (*) par la présente ma/notre (*) rétractation du contrat portant sur la vente du bien (*)/pour la prestation de service (*) ci-dessous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Commandé le (*)/reçu le (*)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Nom du (des) consommateur(s)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Adresse du (des) consommateur(s)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Signature du (des) consommateur(s) (uniquement en cas de notification du présent formulaire sur papier)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Date</w:t>
      </w:r>
    </w:p>
    <w:p>
      <w:r>
        <w:t>___________________________________________________________________________</w:t>
      </w:r>
    </w:p>
    <w:p>
      <w:pPr>
        <w:spacing w:before="480"/>
      </w:pPr>
      <w:r>
        <w:rPr>
          <w:sz w:val="18"/>
        </w:rPr>
        <w:t>(*) Biffez la mention inutile.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